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Zgoda na publikację wizerunku</w:t>
      </w:r>
    </w:p>
    <w:p>
      <w:r>
        <w:t>Imię i nazwisko: ……………………………………………</w:t>
      </w:r>
    </w:p>
    <w:p>
      <w:r>
        <w:t>Wyrażam zgodę na nieodpłatne utrwalenie i rozpowszechnianie przez Forum Kolejowe – Railway Business Forum (RBF), ul. Sielecka 35, 00-738 Warszawa, mojego wizerunku utrwalonego podczas wydarzenia:</w:t>
      </w:r>
    </w:p>
    <w:p>
      <w:r>
        <w:t>nazwa wydarzenia: ……………………………………………………………   data: ………………………</w:t>
      </w:r>
    </w:p>
    <w:p>
      <w:r>
        <w:t>w celu informowania o działalności RBF i promocji wydarzenia, w następujących miejscach (zaznacz):</w:t>
      </w:r>
    </w:p>
    <w:p>
      <w:r>
        <w:t>☐  strona internetowa RBF</w:t>
      </w:r>
    </w:p>
    <w:p>
      <w:r>
        <w:t>☐  profile RBF w mediach społecznościowych (LinkedIn, Facebook, YouTube)</w:t>
      </w:r>
    </w:p>
    <w:p>
      <w:r>
        <w:t>☐  materiały drukowane i publikacje RBF (raporty, Białe Księgi)</w:t>
      </w:r>
    </w:p>
    <w:p>
      <w:r>
        <w:t>☐  przekazanie mediom w ramach relacji z wydarzenia</w:t>
      </w:r>
    </w:p>
    <w:p>
      <w:r>
        <w:t>Zgoda jest dobrowolna i może zostać w każdej chwili wycofana (np. e-mailem na rbf@rbf.net.pl); wycofanie nie dotyczy materiałów opublikowanych przed jego zgłoszeniem. Podstawą przetwarzania jest zgoda (art. 6 ust. 1 lit. a RODO w zw. z art. 81 ustawy o prawie autorskim i prawach pokrewnych). Dane przetwarzamy do czasu wycofania zgody. Przysługuje mi prawo dostępu do danych, ich sprostowania, usunięcia, ograniczenia przetwarzania oraz skargi do Prezesa UODO.</w:t>
      </w:r>
    </w:p>
    <w:p>
      <w:r>
        <w:t>Zgoda nie jest wymagana, jeżeli mój wizerunek stanowi jedynie szczegół całości, takiej jak zgromadzenie lub publiczna impreza (art. 81 ust. 2 pkt 2 ustawy o prawie autorskim).</w:t>
      </w:r>
    </w:p>
    <w:p>
      <w:r>
        <w:br/>
        <w:t>Data i podpis: ……………………………………………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publikację wizerunku</dc:title>
  <dc:subject/>
  <dc:creator>Railway Business Forum</dc:creator>
  <cp:keywords/>
  <dc:description>generated by python-docx</dc:description>
  <cp:lastModifiedBy>Railway Business Forum</cp:lastModifiedBy>
  <cp:revision>1</cp:revision>
  <dcterms:created xsi:type="dcterms:W3CDTF">2013-12-23T23:15:00Z</dcterms:created>
  <dcterms:modified xsi:type="dcterms:W3CDTF">2013-12-23T23:15:00Z</dcterms:modified>
  <cp:category/>
</cp:coreProperties>
</file>